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B78C" w14:textId="77777777" w:rsidR="00F92613" w:rsidRDefault="00000000">
      <w:pPr>
        <w:pStyle w:val="Titre1"/>
      </w:pPr>
      <w:r>
        <w:t>Formulaire de demande – Logements communaux (Villers-devant-Orval)</w:t>
      </w:r>
    </w:p>
    <w:p w14:paraId="7DFE135B" w14:textId="77777777" w:rsidR="00F92613" w:rsidRDefault="00000000">
      <w:pPr>
        <w:pStyle w:val="Titre2"/>
      </w:pPr>
      <w:r>
        <w:t>1. Demandeur principal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92613" w14:paraId="02508B45" w14:textId="77777777">
        <w:tc>
          <w:tcPr>
            <w:tcW w:w="4320" w:type="dxa"/>
          </w:tcPr>
          <w:p w14:paraId="173982B2" w14:textId="77777777" w:rsidR="00F92613" w:rsidRDefault="00000000">
            <w:r>
              <w:t>Nom</w:t>
            </w:r>
          </w:p>
        </w:tc>
        <w:tc>
          <w:tcPr>
            <w:tcW w:w="4320" w:type="dxa"/>
          </w:tcPr>
          <w:p w14:paraId="1457AB3A" w14:textId="77777777" w:rsidR="00F92613" w:rsidRDefault="00000000">
            <w:r>
              <w:t xml:space="preserve"> </w:t>
            </w:r>
          </w:p>
        </w:tc>
      </w:tr>
      <w:tr w:rsidR="00F92613" w14:paraId="189D893A" w14:textId="77777777">
        <w:tc>
          <w:tcPr>
            <w:tcW w:w="4320" w:type="dxa"/>
          </w:tcPr>
          <w:p w14:paraId="66FB7635" w14:textId="77777777" w:rsidR="00F92613" w:rsidRDefault="00000000">
            <w:r>
              <w:t>Prénom</w:t>
            </w:r>
          </w:p>
        </w:tc>
        <w:tc>
          <w:tcPr>
            <w:tcW w:w="4320" w:type="dxa"/>
          </w:tcPr>
          <w:p w14:paraId="57F2CC89" w14:textId="77777777" w:rsidR="00F92613" w:rsidRDefault="00000000">
            <w:r>
              <w:t xml:space="preserve"> </w:t>
            </w:r>
          </w:p>
        </w:tc>
      </w:tr>
      <w:tr w:rsidR="00F92613" w14:paraId="322B1F14" w14:textId="77777777">
        <w:tc>
          <w:tcPr>
            <w:tcW w:w="4320" w:type="dxa"/>
          </w:tcPr>
          <w:p w14:paraId="6EA6274C" w14:textId="77777777" w:rsidR="00F92613" w:rsidRDefault="00000000">
            <w:r>
              <w:t>Date de naissance</w:t>
            </w:r>
          </w:p>
        </w:tc>
        <w:tc>
          <w:tcPr>
            <w:tcW w:w="4320" w:type="dxa"/>
          </w:tcPr>
          <w:p w14:paraId="773E7568" w14:textId="77777777" w:rsidR="00F92613" w:rsidRDefault="00000000">
            <w:r>
              <w:t xml:space="preserve"> </w:t>
            </w:r>
          </w:p>
        </w:tc>
      </w:tr>
      <w:tr w:rsidR="00F92613" w14:paraId="0F25CE51" w14:textId="77777777">
        <w:tc>
          <w:tcPr>
            <w:tcW w:w="4320" w:type="dxa"/>
          </w:tcPr>
          <w:p w14:paraId="3B540554" w14:textId="77777777" w:rsidR="00F92613" w:rsidRDefault="00000000">
            <w:r>
              <w:t>Adresse</w:t>
            </w:r>
          </w:p>
        </w:tc>
        <w:tc>
          <w:tcPr>
            <w:tcW w:w="4320" w:type="dxa"/>
          </w:tcPr>
          <w:p w14:paraId="215D30CC" w14:textId="77777777" w:rsidR="00F92613" w:rsidRDefault="00000000">
            <w:r>
              <w:t xml:space="preserve"> </w:t>
            </w:r>
          </w:p>
        </w:tc>
      </w:tr>
      <w:tr w:rsidR="00F92613" w14:paraId="0AC85A72" w14:textId="77777777">
        <w:tc>
          <w:tcPr>
            <w:tcW w:w="4320" w:type="dxa"/>
          </w:tcPr>
          <w:p w14:paraId="3868A27D" w14:textId="77777777" w:rsidR="00F92613" w:rsidRDefault="00000000">
            <w:r>
              <w:t>Code postal</w:t>
            </w:r>
          </w:p>
        </w:tc>
        <w:tc>
          <w:tcPr>
            <w:tcW w:w="4320" w:type="dxa"/>
          </w:tcPr>
          <w:p w14:paraId="212E5D91" w14:textId="77777777" w:rsidR="00F92613" w:rsidRDefault="00000000">
            <w:r>
              <w:t xml:space="preserve"> </w:t>
            </w:r>
          </w:p>
        </w:tc>
      </w:tr>
      <w:tr w:rsidR="00F92613" w14:paraId="51B956DD" w14:textId="77777777">
        <w:tc>
          <w:tcPr>
            <w:tcW w:w="4320" w:type="dxa"/>
          </w:tcPr>
          <w:p w14:paraId="434287ED" w14:textId="77777777" w:rsidR="00F92613" w:rsidRDefault="00000000">
            <w:r>
              <w:t>Commune</w:t>
            </w:r>
          </w:p>
        </w:tc>
        <w:tc>
          <w:tcPr>
            <w:tcW w:w="4320" w:type="dxa"/>
          </w:tcPr>
          <w:p w14:paraId="6A6577FF" w14:textId="77777777" w:rsidR="00F92613" w:rsidRDefault="00000000">
            <w:r>
              <w:t xml:space="preserve"> </w:t>
            </w:r>
          </w:p>
        </w:tc>
      </w:tr>
      <w:tr w:rsidR="00F92613" w14:paraId="14A0A3CE" w14:textId="77777777">
        <w:tc>
          <w:tcPr>
            <w:tcW w:w="4320" w:type="dxa"/>
          </w:tcPr>
          <w:p w14:paraId="4E464556" w14:textId="77777777" w:rsidR="00F92613" w:rsidRDefault="00000000">
            <w:r>
              <w:t>N° de registre national</w:t>
            </w:r>
          </w:p>
        </w:tc>
        <w:tc>
          <w:tcPr>
            <w:tcW w:w="4320" w:type="dxa"/>
          </w:tcPr>
          <w:p w14:paraId="78DEC10A" w14:textId="77777777" w:rsidR="00F92613" w:rsidRDefault="00000000">
            <w:r>
              <w:t xml:space="preserve"> </w:t>
            </w:r>
          </w:p>
        </w:tc>
      </w:tr>
      <w:tr w:rsidR="00F92613" w14:paraId="36F29ECA" w14:textId="77777777">
        <w:tc>
          <w:tcPr>
            <w:tcW w:w="4320" w:type="dxa"/>
          </w:tcPr>
          <w:p w14:paraId="71B8E362" w14:textId="77777777" w:rsidR="00F92613" w:rsidRDefault="00000000">
            <w:r>
              <w:t>Téléphone</w:t>
            </w:r>
          </w:p>
        </w:tc>
        <w:tc>
          <w:tcPr>
            <w:tcW w:w="4320" w:type="dxa"/>
          </w:tcPr>
          <w:p w14:paraId="5CF826BA" w14:textId="77777777" w:rsidR="00F92613" w:rsidRDefault="00000000">
            <w:r>
              <w:t xml:space="preserve"> </w:t>
            </w:r>
          </w:p>
        </w:tc>
      </w:tr>
      <w:tr w:rsidR="00F92613" w14:paraId="6F40A7E9" w14:textId="77777777">
        <w:tc>
          <w:tcPr>
            <w:tcW w:w="4320" w:type="dxa"/>
          </w:tcPr>
          <w:p w14:paraId="14C27078" w14:textId="77777777" w:rsidR="00F92613" w:rsidRDefault="00000000">
            <w:r>
              <w:t>E-mail</w:t>
            </w:r>
          </w:p>
        </w:tc>
        <w:tc>
          <w:tcPr>
            <w:tcW w:w="4320" w:type="dxa"/>
          </w:tcPr>
          <w:p w14:paraId="02617135" w14:textId="77777777" w:rsidR="00F92613" w:rsidRDefault="00000000">
            <w:r>
              <w:t xml:space="preserve"> </w:t>
            </w:r>
          </w:p>
        </w:tc>
      </w:tr>
    </w:tbl>
    <w:p w14:paraId="1E76958D" w14:textId="77777777" w:rsidR="00F92613" w:rsidRPr="00B33ABD" w:rsidRDefault="00F92613">
      <w:pPr>
        <w:rPr>
          <w:sz w:val="16"/>
          <w:szCs w:val="16"/>
        </w:rPr>
      </w:pPr>
    </w:p>
    <w:p w14:paraId="46540F06" w14:textId="38548154" w:rsidR="00F92613" w:rsidRDefault="00000000">
      <w:pPr>
        <w:pStyle w:val="Titre2"/>
      </w:pPr>
      <w:r>
        <w:t>2. Composition du ménage</w:t>
      </w:r>
      <w:r w:rsidR="00B33ABD">
        <w:t xml:space="preserve"> (+ </w:t>
      </w:r>
      <w:proofErr w:type="spellStart"/>
      <w:r w:rsidR="00B33ABD">
        <w:t>annexer</w:t>
      </w:r>
      <w:proofErr w:type="spellEnd"/>
      <w:r w:rsidR="00B33ABD">
        <w:t xml:space="preserve"> composition de ménage)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92613" w14:paraId="2B39F5D7" w14:textId="77777777">
        <w:tc>
          <w:tcPr>
            <w:tcW w:w="2160" w:type="dxa"/>
          </w:tcPr>
          <w:p w14:paraId="21D139FD" w14:textId="77777777" w:rsidR="00F92613" w:rsidRDefault="00000000">
            <w:r>
              <w:t>Nom</w:t>
            </w:r>
          </w:p>
        </w:tc>
        <w:tc>
          <w:tcPr>
            <w:tcW w:w="2160" w:type="dxa"/>
          </w:tcPr>
          <w:p w14:paraId="72AA6C75" w14:textId="77777777" w:rsidR="00F92613" w:rsidRDefault="00000000">
            <w:r>
              <w:t>Prénom</w:t>
            </w:r>
          </w:p>
        </w:tc>
        <w:tc>
          <w:tcPr>
            <w:tcW w:w="2160" w:type="dxa"/>
          </w:tcPr>
          <w:p w14:paraId="0F0FC4A2" w14:textId="77777777" w:rsidR="00F92613" w:rsidRDefault="00000000">
            <w:r>
              <w:t>Date de naissance</w:t>
            </w:r>
          </w:p>
        </w:tc>
        <w:tc>
          <w:tcPr>
            <w:tcW w:w="2160" w:type="dxa"/>
          </w:tcPr>
          <w:p w14:paraId="6AF745B4" w14:textId="77777777" w:rsidR="00F92613" w:rsidRDefault="00000000">
            <w:r>
              <w:t>Lien avec le demandeur</w:t>
            </w:r>
          </w:p>
        </w:tc>
      </w:tr>
      <w:tr w:rsidR="00F92613" w14:paraId="03CAAD62" w14:textId="77777777">
        <w:tc>
          <w:tcPr>
            <w:tcW w:w="2160" w:type="dxa"/>
          </w:tcPr>
          <w:p w14:paraId="6998FEDD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D76423F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CD83C2F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7E89B3FB" w14:textId="77777777" w:rsidR="00F92613" w:rsidRDefault="00000000">
            <w:r>
              <w:t xml:space="preserve"> </w:t>
            </w:r>
          </w:p>
        </w:tc>
      </w:tr>
      <w:tr w:rsidR="00F92613" w14:paraId="05890CCE" w14:textId="77777777">
        <w:tc>
          <w:tcPr>
            <w:tcW w:w="2160" w:type="dxa"/>
          </w:tcPr>
          <w:p w14:paraId="116A2C32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312E385B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5534CBC1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5799D01" w14:textId="77777777" w:rsidR="00F92613" w:rsidRDefault="00000000">
            <w:r>
              <w:t xml:space="preserve"> </w:t>
            </w:r>
          </w:p>
        </w:tc>
      </w:tr>
      <w:tr w:rsidR="00F92613" w14:paraId="16C69F8C" w14:textId="77777777">
        <w:tc>
          <w:tcPr>
            <w:tcW w:w="2160" w:type="dxa"/>
          </w:tcPr>
          <w:p w14:paraId="75BCDB5A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9380574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536136D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693FFBC" w14:textId="77777777" w:rsidR="00F92613" w:rsidRDefault="00000000">
            <w:r>
              <w:t xml:space="preserve"> </w:t>
            </w:r>
          </w:p>
        </w:tc>
      </w:tr>
      <w:tr w:rsidR="00F92613" w14:paraId="7D24CA61" w14:textId="77777777">
        <w:tc>
          <w:tcPr>
            <w:tcW w:w="2160" w:type="dxa"/>
          </w:tcPr>
          <w:p w14:paraId="5CE385F0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1F963E5A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1E2C754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5405CA0A" w14:textId="77777777" w:rsidR="00F92613" w:rsidRDefault="00000000">
            <w:r>
              <w:t xml:space="preserve"> </w:t>
            </w:r>
          </w:p>
        </w:tc>
      </w:tr>
    </w:tbl>
    <w:p w14:paraId="0774E8E6" w14:textId="77777777" w:rsidR="00F92613" w:rsidRDefault="00F92613"/>
    <w:p w14:paraId="2B176432" w14:textId="77777777" w:rsidR="00F92613" w:rsidRDefault="00000000">
      <w:pPr>
        <w:pStyle w:val="Titre2"/>
      </w:pPr>
      <w:r>
        <w:lastRenderedPageBreak/>
        <w:t>3. Situation professionnelle</w:t>
      </w:r>
    </w:p>
    <w:p w14:paraId="3B6BA52F" w14:textId="77777777" w:rsidR="00F92613" w:rsidRDefault="00000000">
      <w:r>
        <w:t>☐ Salarié(e)    ☐ Indépendant(e)    ☐ Pensionné(e)    ☐ Sans emploi / autre</w:t>
      </w:r>
    </w:p>
    <w:p w14:paraId="2BACDFCE" w14:textId="77777777" w:rsidR="00F92613" w:rsidRDefault="00000000">
      <w:r>
        <w:t>Employeur ou activité :</w:t>
      </w:r>
    </w:p>
    <w:p w14:paraId="2212B29C" w14:textId="77777777" w:rsidR="00F92613" w:rsidRDefault="00000000">
      <w:r>
        <w:t>Adresse employeur / activité :</w:t>
      </w:r>
    </w:p>
    <w:p w14:paraId="425ADD2B" w14:textId="77777777" w:rsidR="00F92613" w:rsidRDefault="00000000">
      <w:r>
        <w:t>Depuis (date) :</w:t>
      </w:r>
    </w:p>
    <w:p w14:paraId="32E393F0" w14:textId="77777777" w:rsidR="00F92613" w:rsidRDefault="00000000">
      <w:r>
        <w:t>Joindre les trois dernières fiches de paie ou attestations de revenus.</w:t>
      </w:r>
    </w:p>
    <w:p w14:paraId="5FAF2571" w14:textId="77777777" w:rsidR="00F92613" w:rsidRPr="00B33ABD" w:rsidRDefault="00F92613">
      <w:pPr>
        <w:rPr>
          <w:sz w:val="10"/>
          <w:szCs w:val="10"/>
        </w:rPr>
      </w:pPr>
    </w:p>
    <w:p w14:paraId="5D3C5649" w14:textId="77777777" w:rsidR="00F92613" w:rsidRDefault="00000000">
      <w:pPr>
        <w:pStyle w:val="Titre2"/>
      </w:pPr>
      <w:r>
        <w:t>4. Critères d’éligibilité (cochez)</w:t>
      </w:r>
    </w:p>
    <w:p w14:paraId="6EC7207C" w14:textId="77777777" w:rsidR="00F92613" w:rsidRDefault="00000000">
      <w:r>
        <w:t>☐ Casier judiciaire vierge (obligatoire)</w:t>
      </w:r>
    </w:p>
    <w:p w14:paraId="68361973" w14:textId="77777777" w:rsidR="00F92613" w:rsidRDefault="00000000">
      <w:r>
        <w:t>☐ Domicilié à Florenville ≥ 15 ans ou lieu de travail dans la commune</w:t>
      </w:r>
    </w:p>
    <w:p w14:paraId="7E7B39E6" w14:textId="77777777" w:rsidR="00F92613" w:rsidRDefault="00000000">
      <w:r>
        <w:t>☐ En couple ou seul avec enfant(s) à charge</w:t>
      </w:r>
    </w:p>
    <w:p w14:paraId="586926B0" w14:textId="77777777" w:rsidR="00F92613" w:rsidRDefault="00000000">
      <w:r>
        <w:t>☐ Non-propriétaire / non-usufruitier d’un autre logement</w:t>
      </w:r>
    </w:p>
    <w:p w14:paraId="54FE0AC6" w14:textId="77777777" w:rsidR="00F92613" w:rsidRDefault="00000000">
      <w:r>
        <w:t>☐ Domicilié dans la commune</w:t>
      </w:r>
    </w:p>
    <w:p w14:paraId="30F029CB" w14:textId="77777777" w:rsidR="00F92613" w:rsidRPr="00B33ABD" w:rsidRDefault="00F92613">
      <w:pPr>
        <w:rPr>
          <w:sz w:val="10"/>
          <w:szCs w:val="10"/>
        </w:rPr>
      </w:pPr>
    </w:p>
    <w:p w14:paraId="08801EC0" w14:textId="77777777" w:rsidR="00F92613" w:rsidRDefault="00000000">
      <w:pPr>
        <w:pStyle w:val="Titre2"/>
      </w:pPr>
      <w:r>
        <w:t>5. Pièces à joindre (cochez)</w:t>
      </w:r>
    </w:p>
    <w:p w14:paraId="36286299" w14:textId="77777777" w:rsidR="00F92613" w:rsidRDefault="00000000">
      <w:r>
        <w:t>☐ Copie carte d’identité de chaque occupant</w:t>
      </w:r>
    </w:p>
    <w:p w14:paraId="465B5FEC" w14:textId="77777777" w:rsidR="00F92613" w:rsidRDefault="00000000">
      <w:r>
        <w:t>☐ Composition de ménage (Mon Dossier ou e-guichet communal)</w:t>
      </w:r>
    </w:p>
    <w:p w14:paraId="3A7BC07E" w14:textId="77777777" w:rsidR="00F92613" w:rsidRDefault="00000000">
      <w:r>
        <w:t>☐ Certificat de résidence avec historique</w:t>
      </w:r>
    </w:p>
    <w:p w14:paraId="389480DC" w14:textId="77777777" w:rsidR="00F92613" w:rsidRDefault="00000000">
      <w:r>
        <w:t>☐ Extrait de casier judiciaire (majeurs)</w:t>
      </w:r>
    </w:p>
    <w:p w14:paraId="34203EA8" w14:textId="77777777" w:rsidR="00F92613" w:rsidRDefault="00000000">
      <w:r>
        <w:t>☐ Trois dernières fiches de paie / revenus</w:t>
      </w:r>
    </w:p>
    <w:p w14:paraId="5410787D" w14:textId="77777777" w:rsidR="00F92613" w:rsidRDefault="00000000">
      <w:r>
        <w:t>☐ Attestation de non-propriété (MyMinfin)</w:t>
      </w:r>
    </w:p>
    <w:p w14:paraId="16EB3BDD" w14:textId="77777777" w:rsidR="00F92613" w:rsidRDefault="00000000">
      <w:r>
        <w:t>☐ Autres documents mentionnés dans le règlement</w:t>
      </w:r>
    </w:p>
    <w:p w14:paraId="596448B4" w14:textId="77777777" w:rsidR="00F92613" w:rsidRDefault="00F92613"/>
    <w:p w14:paraId="7745FCCD" w14:textId="77777777" w:rsidR="00F92613" w:rsidRDefault="00000000">
      <w:pPr>
        <w:pStyle w:val="Titre2"/>
      </w:pPr>
      <w:r>
        <w:t>6. Engagement du demandeur</w:t>
      </w:r>
    </w:p>
    <w:p w14:paraId="53003564" w14:textId="77777777" w:rsidR="00F92613" w:rsidRDefault="00000000">
      <w:r>
        <w:t>Je déclare avoir pris connaissance du règlement relatif à l’attribution, à la location et à l’occupation des logements communaux à Villers-devant-Orval (Conseil communal du 23/10/2025) et certifie que les renseignements fournis sont exacts et complets. Je comprends qu’un dossier incomplet ou remis hors délai entraînera le rejet de ma candidature.</w:t>
      </w:r>
    </w:p>
    <w:p w14:paraId="71B7AFE1" w14:textId="5EFDBA8D" w:rsidR="00F92613" w:rsidRDefault="00000000">
      <w:r>
        <w:t xml:space="preserve">Fait </w:t>
      </w:r>
      <w:proofErr w:type="gramStart"/>
      <w:r>
        <w:t>à :</w:t>
      </w:r>
      <w:proofErr w:type="gramEnd"/>
      <w:r>
        <w:t xml:space="preserve"> ____________________   </w:t>
      </w:r>
      <w:proofErr w:type="gramStart"/>
      <w:r>
        <w:t>Le :</w:t>
      </w:r>
      <w:proofErr w:type="gramEnd"/>
      <w:r>
        <w:t xml:space="preserve"> ____ / ____ / ______   </w:t>
      </w:r>
      <w:proofErr w:type="gramStart"/>
      <w:r>
        <w:t>Signature :</w:t>
      </w:r>
      <w:proofErr w:type="gramEnd"/>
      <w:r>
        <w:t xml:space="preserve"> ____________________</w:t>
      </w:r>
      <w:r>
        <w:br w:type="page"/>
      </w:r>
    </w:p>
    <w:p w14:paraId="2EE33B82" w14:textId="77777777" w:rsidR="00F92613" w:rsidRDefault="00000000">
      <w:pPr>
        <w:pStyle w:val="Titre1"/>
      </w:pPr>
      <w:r>
        <w:lastRenderedPageBreak/>
        <w:t>Résumé du règlement – Logements communaux Villers-devant-Orval</w:t>
      </w:r>
    </w:p>
    <w:p w14:paraId="5E6EABF0" w14:textId="77777777" w:rsidR="00F92613" w:rsidRDefault="00000000">
      <w:r>
        <w:t>• Loyer mensuel de base : 800 € (hors charges), indexé annuellement à la date anniversaire selon l’indice santé (SPF).</w:t>
      </w:r>
    </w:p>
    <w:p w14:paraId="56C6FB7D" w14:textId="77777777" w:rsidR="00F92613" w:rsidRDefault="00000000">
      <w:r>
        <w:t>• Bail : 3 ans, renouvelable une fois (maximum 6 ans). Préavis de 3 mois (de part et d’autre) selon le Code civil.</w:t>
      </w:r>
    </w:p>
    <w:p w14:paraId="2AAADA6E" w14:textId="77777777" w:rsidR="00F92613" w:rsidRDefault="00000000">
      <w:r>
        <w:t>• Occupation : personnelle, à usage d’habitation ; sous-location interdite.</w:t>
      </w:r>
    </w:p>
    <w:p w14:paraId="778A76A3" w14:textId="77777777" w:rsidR="00F92613" w:rsidRDefault="00000000">
      <w:r>
        <w:t>• Critères d’accès : au moins 4 des 5 critères remplis, avec casier judiciaire vierge obligatoire.</w:t>
      </w:r>
    </w:p>
    <w:p w14:paraId="15F652C3" w14:textId="77777777" w:rsidR="00F92613" w:rsidRDefault="00000000">
      <w:r>
        <w:t>• Priorités : points pour domicile (≥ 5 ans / 15 ans), travail (≤ 50 km), attaches familiales (jusqu’au 2e degré), enfant(s) à charge ; +2 points si parent isolé avec enfant(s).</w:t>
      </w:r>
    </w:p>
    <w:p w14:paraId="25D1CCF2" w14:textId="77777777" w:rsidR="00F92613" w:rsidRDefault="00000000">
      <w:r>
        <w:t>• Procédure : le Comité d’attribution classe les dossiers répondant aux critères ; attribution sur base du classement.</w:t>
      </w:r>
    </w:p>
    <w:p w14:paraId="7CB02C0A" w14:textId="77777777" w:rsidR="00F92613" w:rsidRDefault="00000000">
      <w:r>
        <w:t>• Le texte intégral du règlement est disponible sur le site communal de Florenville.</w:t>
      </w:r>
    </w:p>
    <w:sectPr w:rsidR="00F92613" w:rsidSect="00B33A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2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F17EE" w14:textId="77777777" w:rsidR="005D7F88" w:rsidRDefault="005D7F88">
      <w:pPr>
        <w:spacing w:after="0" w:line="240" w:lineRule="auto"/>
      </w:pPr>
      <w:r>
        <w:separator/>
      </w:r>
    </w:p>
  </w:endnote>
  <w:endnote w:type="continuationSeparator" w:id="0">
    <w:p w14:paraId="25B8A500" w14:textId="77777777" w:rsidR="005D7F88" w:rsidRDefault="005D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443F" w14:textId="77777777" w:rsidR="00B33ABD" w:rsidRDefault="00B33A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0C84" w14:textId="70D8003E" w:rsidR="00F92613" w:rsidRDefault="00000000">
    <w:pPr>
      <w:pStyle w:val="Pieddepage"/>
      <w:jc w:val="center"/>
    </w:pPr>
    <w:r>
      <w:t>Ville de Florenville – Service Communication – communication@florenville.be – 061/</w:t>
    </w:r>
    <w:r w:rsidR="00B33ABD">
      <w:t>32.51.64  - 061/32.51.50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24B0" w14:textId="77777777" w:rsidR="00B33ABD" w:rsidRDefault="00B33A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75BDD" w14:textId="77777777" w:rsidR="005D7F88" w:rsidRDefault="005D7F88">
      <w:pPr>
        <w:spacing w:after="0" w:line="240" w:lineRule="auto"/>
      </w:pPr>
      <w:r>
        <w:separator/>
      </w:r>
    </w:p>
  </w:footnote>
  <w:footnote w:type="continuationSeparator" w:id="0">
    <w:p w14:paraId="64B2ACF3" w14:textId="77777777" w:rsidR="005D7F88" w:rsidRDefault="005D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01765" w14:textId="77777777" w:rsidR="00B33ABD" w:rsidRDefault="00B33A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73AC" w14:textId="77777777" w:rsidR="00F92613" w:rsidRDefault="00000000">
    <w:r>
      <w:rPr>
        <w:noProof/>
      </w:rPr>
      <w:drawing>
        <wp:inline distT="0" distB="0" distL="0" distR="0" wp14:anchorId="05F64588" wp14:editId="53D61F23">
          <wp:extent cx="1097280" cy="1586049"/>
          <wp:effectExtent l="0" t="0" r="0" b="0"/>
          <wp:docPr id="601578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ville couleur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586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4B5AA9" w14:textId="77777777" w:rsidR="00F92613" w:rsidRDefault="00000000">
    <w:r>
      <w:t>Ville de Florenville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00BF" w14:textId="77777777" w:rsidR="00B33ABD" w:rsidRDefault="00B33A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657595">
    <w:abstractNumId w:val="8"/>
  </w:num>
  <w:num w:numId="2" w16cid:durableId="1869488297">
    <w:abstractNumId w:val="6"/>
  </w:num>
  <w:num w:numId="3" w16cid:durableId="140200323">
    <w:abstractNumId w:val="5"/>
  </w:num>
  <w:num w:numId="4" w16cid:durableId="1091700963">
    <w:abstractNumId w:val="4"/>
  </w:num>
  <w:num w:numId="5" w16cid:durableId="357201736">
    <w:abstractNumId w:val="7"/>
  </w:num>
  <w:num w:numId="6" w16cid:durableId="513569888">
    <w:abstractNumId w:val="3"/>
  </w:num>
  <w:num w:numId="7" w16cid:durableId="95369101">
    <w:abstractNumId w:val="2"/>
  </w:num>
  <w:num w:numId="8" w16cid:durableId="1271860538">
    <w:abstractNumId w:val="1"/>
  </w:num>
  <w:num w:numId="9" w16cid:durableId="124271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323C"/>
    <w:rsid w:val="005D7F88"/>
    <w:rsid w:val="00AA1D8D"/>
    <w:rsid w:val="00B33ABD"/>
    <w:rsid w:val="00B47730"/>
    <w:rsid w:val="00CB0664"/>
    <w:rsid w:val="00F926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CCEB29"/>
  <w14:defaultImageDpi w14:val="300"/>
  <w15:docId w15:val="{06BB0269-9778-46DB-862E-447126FF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Angelique Point</cp:lastModifiedBy>
  <cp:revision>2</cp:revision>
  <dcterms:created xsi:type="dcterms:W3CDTF">2025-10-29T16:01:00Z</dcterms:created>
  <dcterms:modified xsi:type="dcterms:W3CDTF">2025-10-29T16:01:00Z</dcterms:modified>
  <cp:category/>
</cp:coreProperties>
</file>